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003366"/>
          <w:sz w:val="30"/>
        </w:rPr>
        <w:t>SCHEDA LABORATORIO E QUIZ: LA TORRE GEOMETRICA 3D</w:t>
      </w:r>
    </w:p>
    <w:p>
      <w:pPr>
        <w:spacing w:after="240"/>
      </w:pPr>
      <w:r>
        <w:rPr>
          <w:color w:val="646464"/>
          <w:sz w:val="20"/>
        </w:rPr>
        <w:t>Alunno/a: ________________________  Classe: 3ª ___  Data: _______________</w:t>
      </w:r>
    </w:p>
    <w:p>
      <w:pPr>
        <w:spacing w:after="120"/>
      </w:pPr>
      <w:r>
        <w:rPr>
          <w:b/>
          <w:color w:val="003366"/>
          <w:sz w:val="24"/>
        </w:rPr>
        <w:t>Parte 1: Attività Pratica in GeoGebra 6.0</w:t>
      </w:r>
    </w:p>
    <w:p>
      <w:pPr>
        <w:spacing w:after="240"/>
      </w:pPr>
      <w:r>
        <w:t>Segui le istruzioni del docente per costruire la torre:</w:t>
        <w:br/>
        <w:t>1. Apri GeoGebra 6.0 e seleziona 'Vista 3D'.</w:t>
        <w:br/>
        <w:t>2. Crea un cilindro con raggio r = 4 cm e altezza h = 6 cm.</w:t>
        <w:br/>
        <w:t>3. Posiziona un punto vertice esattamente sopra il centro della base superiore, a quota z = 10 cm.</w:t>
        <w:br/>
        <w:t>4. Costruisci il cono che poggia sulla base superiore del cilindro e termina nel vertice.</w:t>
      </w:r>
    </w:p>
    <w:p>
      <w:pPr>
        <w:spacing w:after="120"/>
      </w:pPr>
      <w:r>
        <w:rPr>
          <w:b/>
          <w:color w:val="003366"/>
          <w:sz w:val="24"/>
        </w:rPr>
        <w:t>Parte 2: Quiz di Verifica (Rispondi alle domande)</w:t>
      </w:r>
    </w:p>
    <w:p>
      <w:pPr>
        <w:spacing w:after="160"/>
      </w:pPr>
      <w:r>
        <w:rPr>
          <w:sz w:val="21"/>
        </w:rPr>
        <w:t xml:space="preserve">D1. Quali figure geometriche piane formano lo sviluppo nel piano di un cilindro (senza coperchi)? </w:t>
        <w:br/>
        <w:t>[ ] Due cerchi e un rettangolo   [ ] Un cerchio e un triangolo   [ ] Due quadrati</w:t>
      </w:r>
    </w:p>
    <w:p>
      <w:pPr>
        <w:spacing w:after="160"/>
      </w:pPr>
      <w:r>
        <w:rPr>
          <w:sz w:val="21"/>
        </w:rPr>
        <w:t xml:space="preserve">D2. Se il cilindro della tua torre ha raggio r = 4 cm, qual è la misura del diametro di base? </w:t>
        <w:br/>
        <w:t>Risposta: _________________________________</w:t>
      </w:r>
    </w:p>
    <w:p>
      <w:pPr>
        <w:spacing w:after="160"/>
      </w:pPr>
      <w:r>
        <w:rPr>
          <w:sz w:val="21"/>
        </w:rPr>
        <w:t xml:space="preserve">D3. Osservando la Vista 3D di GeoGebra, come definiresti l'asse di simmetria del cilindro e del cono sovrapposti? </w:t>
        <w:br/>
        <w:t>Risposta: _________________________________</w:t>
      </w:r>
    </w:p>
    <w:p>
      <w:pPr>
        <w:spacing w:after="160"/>
      </w:pPr>
      <w:r>
        <w:rPr>
          <w:sz w:val="21"/>
        </w:rPr>
        <w:t xml:space="preserve">D4. Calcola mentalmente o su un foglio l'altezza totale della torre sapendo che il cilindro è alto 6 cm e il cono è alto 4 cm. </w:t>
        <w:br/>
        <w:t>Risposta: _________________________________</w:t>
      </w:r>
    </w:p>
    <w:p>
      <w:pPr>
        <w:spacing w:after="160"/>
      </w:pPr>
      <w:r>
        <w:rPr>
          <w:sz w:val="21"/>
        </w:rPr>
        <w:t xml:space="preserve">D5. Quale comando di GeoGebra 3D hai utilizzato per passare dal disegno sul piano 2D alla costruzione del solido tridimensionale? </w:t>
        <w:br/>
        <w:t>Risposta: _________________________________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